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B3D" w:rsidRDefault="00B776AB">
      <w:pPr>
        <w:pStyle w:val="Title"/>
      </w:pPr>
      <w:proofErr w:type="spellStart"/>
      <w:r>
        <w:t>Kacper</w:t>
      </w:r>
      <w:proofErr w:type="spellEnd"/>
      <w:r>
        <w:t xml:space="preserve"> </w:t>
      </w:r>
      <w:proofErr w:type="spellStart"/>
      <w:r>
        <w:t>Smolarek</w:t>
      </w:r>
      <w:proofErr w:type="spellEnd"/>
    </w:p>
    <w:p w:rsidR="00A76B3D" w:rsidRDefault="00B776AB">
      <w:pPr>
        <w:rPr>
          <w:rFonts w:hint="eastAsia"/>
        </w:rPr>
      </w:pPr>
      <w:r>
        <w:t xml:space="preserve">Corby, </w:t>
      </w:r>
      <w:proofErr w:type="spellStart"/>
      <w:r>
        <w:t>Northamptonshire</w:t>
      </w:r>
      <w:proofErr w:type="spellEnd"/>
      <w:r>
        <w:t>, UK | kacpersmolarek117@gmail.com |</w:t>
      </w:r>
      <w:r>
        <w:t xml:space="preserve"> 07522712046</w:t>
      </w:r>
    </w:p>
    <w:p w:rsidR="00A76B3D" w:rsidRDefault="00B776AB">
      <w:pPr>
        <w:rPr>
          <w:rFonts w:hint="eastAsia"/>
        </w:rPr>
      </w:pPr>
      <w:r>
        <w:t>github.com/</w:t>
      </w:r>
      <w:proofErr w:type="gramStart"/>
      <w:r>
        <w:t>Nepgear45  |</w:t>
      </w:r>
      <w:proofErr w:type="gramEnd"/>
      <w:r>
        <w:t xml:space="preserve">  linkedin.com/in/kacper-smolarek-84b51730b/</w:t>
      </w:r>
    </w:p>
    <w:p w:rsidR="00A76B3D" w:rsidRDefault="00B776AB">
      <w:pPr>
        <w:pStyle w:val="Heading1"/>
      </w:pPr>
      <w:r>
        <w:t>Profile</w:t>
      </w:r>
    </w:p>
    <w:p w:rsidR="00A76B3D" w:rsidRDefault="00B776AB">
      <w:pPr>
        <w:rPr>
          <w:rFonts w:hint="eastAsia"/>
        </w:rPr>
      </w:pPr>
      <w:r>
        <w:t xml:space="preserve">C++ focused software engineering graduate with a First Class BSc in Computer Games </w:t>
      </w:r>
      <w:r>
        <w:t>Programming and an MSc in Software Engineering awaiting final results. Built and benchmarked a multithreaded real time rendering framework, developed a solo Unreal Engine game, and independently maintain paid game hosting and a public business website. See</w:t>
      </w:r>
      <w:r>
        <w:t>king junior or graduate C++ roles in graphics, games, systems or software engineering; available immediately and open to relocation.</w:t>
      </w:r>
    </w:p>
    <w:p w:rsidR="00A76B3D" w:rsidRDefault="00B776AB">
      <w:pPr>
        <w:pStyle w:val="Heading1"/>
      </w:pPr>
      <w:r>
        <w:t>Technical skills</w:t>
      </w:r>
    </w:p>
    <w:p w:rsidR="00A76B3D" w:rsidRDefault="00B776AB">
      <w:pPr>
        <w:rPr>
          <w:rFonts w:hint="eastAsia"/>
        </w:rPr>
      </w:pPr>
      <w:r>
        <w:t>C++ (strong), C (working knowledge), Python, Bash, Git and GitHub; OpenGL, SDL3, Dear ImGui, Unreal Engine</w:t>
      </w:r>
      <w:r>
        <w:t xml:space="preserve"> 5, Blueprints, Vulkan (exposure); Linux and Windows Server administration, networking, VMware, HTML, CSS and PHP.</w:t>
      </w:r>
    </w:p>
    <w:p w:rsidR="00A76B3D" w:rsidRDefault="00B776AB">
      <w:pPr>
        <w:pStyle w:val="Heading1"/>
      </w:pPr>
      <w:r>
        <w:t>Selected projects</w:t>
      </w:r>
    </w:p>
    <w:p w:rsidR="00A76B3D" w:rsidRDefault="00B776AB">
      <w:pPr>
        <w:spacing w:before="100" w:after="40"/>
        <w:rPr>
          <w:rFonts w:hint="eastAsia"/>
        </w:rPr>
      </w:pPr>
      <w:r>
        <w:rPr>
          <w:b/>
        </w:rPr>
        <w:t>Multithreaded Visibility Determination Experimental Framework</w:t>
      </w:r>
      <w:r>
        <w:t xml:space="preserve">  |  MSc dissertation project  |  C++, OpenGL, SDL3, Dear ImGu</w:t>
      </w:r>
      <w:r>
        <w:t>i  |  2026</w:t>
      </w:r>
    </w:p>
    <w:p w:rsidR="00A76B3D" w:rsidRDefault="00B776AB">
      <w:pPr>
        <w:pStyle w:val="ListBullet"/>
        <w:rPr>
          <w:rFonts w:hint="eastAsia"/>
        </w:rPr>
      </w:pPr>
      <w:r>
        <w:t>Designed and implemented a rendering test framework to compare CPU side visibility culling approaches, including persistent multithreading, across object counts and thread configurations.</w:t>
      </w:r>
    </w:p>
    <w:p w:rsidR="00A76B3D" w:rsidRDefault="00B776AB">
      <w:pPr>
        <w:pStyle w:val="ListBullet"/>
        <w:rPr>
          <w:rFonts w:hint="eastAsia"/>
        </w:rPr>
      </w:pPr>
      <w:r>
        <w:t>Built per frame benchmark collection and CSV output for a</w:t>
      </w:r>
      <w:r>
        <w:t>nalysis; measured approximately 5–30% lower total frame time at workloads above 500 objects in tested configurations, with diminishing returns at higher thread counts.</w:t>
      </w:r>
    </w:p>
    <w:p w:rsidR="00A76B3D" w:rsidRDefault="00B776AB">
      <w:pPr>
        <w:pStyle w:val="ListBullet"/>
        <w:rPr>
          <w:rFonts w:hint="eastAsia"/>
        </w:rPr>
      </w:pPr>
      <w:r>
        <w:t>Investigated threading overhead and culling measurement, iterating on the implementation</w:t>
      </w:r>
      <w:r>
        <w:t xml:space="preserve"> and testing across different machines.</w:t>
      </w:r>
    </w:p>
    <w:p w:rsidR="00A76B3D" w:rsidRDefault="00B776AB">
      <w:pPr>
        <w:rPr>
          <w:rFonts w:hint="eastAsia"/>
        </w:rPr>
      </w:pPr>
      <w:r>
        <w:t>github.com/Nepgear45/Multithreaded-Visibility-Determination-Experimental-Framework</w:t>
      </w:r>
    </w:p>
    <w:p w:rsidR="00A76B3D" w:rsidRDefault="00B776AB">
      <w:pPr>
        <w:spacing w:before="100" w:after="40"/>
        <w:rPr>
          <w:rFonts w:hint="eastAsia"/>
        </w:rPr>
      </w:pPr>
      <w:r>
        <w:rPr>
          <w:b/>
        </w:rPr>
        <w:t xml:space="preserve">Game Project: </w:t>
      </w:r>
      <w:r>
        <w:rPr>
          <w:b/>
        </w:rPr>
        <w:t xml:space="preserve">Seeker of </w:t>
      </w:r>
      <w:proofErr w:type="gramStart"/>
      <w:r>
        <w:rPr>
          <w:b/>
        </w:rPr>
        <w:t>Spells</w:t>
      </w:r>
      <w:r>
        <w:t xml:space="preserve">  |</w:t>
      </w:r>
      <w:proofErr w:type="gramEnd"/>
      <w:r>
        <w:t xml:space="preserve">  </w:t>
      </w:r>
      <w:r>
        <w:t>BSc project  |  Unreal Engine 5, C++, Blueprints  |  2025</w:t>
      </w:r>
    </w:p>
    <w:p w:rsidR="00A76B3D" w:rsidRDefault="00B776AB">
      <w:pPr>
        <w:pStyle w:val="ListBullet"/>
        <w:rPr>
          <w:rFonts w:hint="eastAsia"/>
        </w:rPr>
      </w:pPr>
      <w:r>
        <w:t xml:space="preserve">Built a visually focused game over three months, </w:t>
      </w:r>
      <w:r>
        <w:t>integrating C++ gameplay systems with Blueprint nodes and creating AI behaviour trees, combat, settings, UI and save/load functionality.</w:t>
      </w:r>
    </w:p>
    <w:p w:rsidR="00A76B3D" w:rsidRDefault="00B776AB">
      <w:pPr>
        <w:pStyle w:val="ListBullet"/>
        <w:rPr>
          <w:rFonts w:hint="eastAsia"/>
        </w:rPr>
      </w:pPr>
      <w:r>
        <w:t>Developed lighting and atmosphere, tested persistence behaviour and implemented a workaround for a collision issue in t</w:t>
      </w:r>
      <w:r>
        <w:t>he Unreal Engine version used. Third party assets were sourced under free licences; project mark approximately 80%.</w:t>
      </w:r>
    </w:p>
    <w:p w:rsidR="00A76B3D" w:rsidRDefault="00B776AB">
      <w:pPr>
        <w:rPr>
          <w:rFonts w:hint="eastAsia"/>
        </w:rPr>
      </w:pPr>
      <w:r>
        <w:t>github.com/Nepgear45/SeekerOfSpells</w:t>
      </w:r>
    </w:p>
    <w:p w:rsidR="00A76B3D" w:rsidRDefault="00B776AB">
      <w:pPr>
        <w:spacing w:before="100" w:after="40"/>
        <w:rPr>
          <w:rFonts w:hint="eastAsia"/>
        </w:rPr>
      </w:pPr>
      <w:r>
        <w:rPr>
          <w:b/>
        </w:rPr>
        <w:t>Independent hosting and business website</w:t>
      </w:r>
      <w:r>
        <w:t xml:space="preserve">  |  Self managed technical work  |  since approximately 2019–20</w:t>
      </w:r>
      <w:r>
        <w:t>20</w:t>
      </w:r>
    </w:p>
    <w:p w:rsidR="00A76B3D" w:rsidRDefault="00B776AB">
      <w:pPr>
        <w:pStyle w:val="ListBullet"/>
        <w:rPr>
          <w:rFonts w:hint="eastAsia"/>
        </w:rPr>
      </w:pPr>
      <w:r>
        <w:t>Built and administer two Linux and Windows servers hosting paid game servers for 2–5 clients at a time, a personal NAS and a public construction company website built with HTML, CSS and PHP (ak-builders.uk).</w:t>
      </w:r>
    </w:p>
    <w:p w:rsidR="00A76B3D" w:rsidRDefault="00B776AB">
      <w:pPr>
        <w:pStyle w:val="ListBullet"/>
        <w:rPr>
          <w:rFonts w:hint="eastAsia"/>
        </w:rPr>
      </w:pPr>
      <w:r>
        <w:t>Automated service restarts, backups and dynam</w:t>
      </w:r>
      <w:r>
        <w:t>ic DNS updates through the Cloudflare API; configured SSH access, firewalls, VPN, network services and cross server backups. Monitor disks using SMART status and log alerts.</w:t>
      </w:r>
    </w:p>
    <w:p w:rsidR="00A76B3D" w:rsidRDefault="00B776AB">
      <w:pPr>
        <w:pStyle w:val="Heading1"/>
      </w:pPr>
      <w:r>
        <w:t>Education</w:t>
      </w:r>
    </w:p>
    <w:p w:rsidR="00A76B3D" w:rsidRDefault="00B776AB">
      <w:pPr>
        <w:spacing w:before="100" w:after="40"/>
        <w:rPr>
          <w:rFonts w:hint="eastAsia"/>
        </w:rPr>
      </w:pPr>
      <w:r>
        <w:rPr>
          <w:b/>
        </w:rPr>
        <w:t xml:space="preserve">MSc Software </w:t>
      </w:r>
      <w:proofErr w:type="gramStart"/>
      <w:r>
        <w:rPr>
          <w:b/>
        </w:rPr>
        <w:t>Engineering</w:t>
      </w:r>
      <w:r>
        <w:t xml:space="preserve">  |</w:t>
      </w:r>
      <w:proofErr w:type="gramEnd"/>
      <w:r>
        <w:t xml:space="preserve">  De Montfort University  |  Sep 2025 – Sep 2026  |  </w:t>
      </w:r>
      <w:r>
        <w:t>result pending</w:t>
      </w:r>
      <w:proofErr w:type="spellStart"/>
      <w:r/>
      <w:proofErr w:type="spellEnd"/>
    </w:p>
    <w:p w:rsidR="00A76B3D" w:rsidRDefault="00B776AB">
      <w:pPr>
        <w:spacing w:before="100" w:after="40"/>
        <w:rPr>
          <w:rFonts w:hint="eastAsia"/>
        </w:rPr>
      </w:pPr>
      <w:r>
        <w:rPr>
          <w:b/>
        </w:rPr>
        <w:t xml:space="preserve">BSc Computer Games </w:t>
      </w:r>
      <w:proofErr w:type="gramStart"/>
      <w:r>
        <w:rPr>
          <w:b/>
        </w:rPr>
        <w:t>Programming</w:t>
      </w:r>
      <w:r>
        <w:t xml:space="preserve">  |</w:t>
      </w:r>
      <w:proofErr w:type="gramEnd"/>
      <w:r>
        <w:t xml:space="preserve">  De Montfort University  |  Sep 2022 – Jun 2025  |  First Class Honours</w:t>
      </w:r>
    </w:p>
    <w:p w:rsidR="00A76B3D" w:rsidRDefault="00B776AB">
      <w:pPr>
        <w:pStyle w:val="Heading1"/>
      </w:pPr>
      <w:r>
        <w:t>Employment</w:t>
      </w:r>
      <w:bookmarkStart w:id="0" w:name="_GoBack"/>
      <w:bookmarkEnd w:id="0"/>
    </w:p>
    <w:p w:rsidR="00A76B3D" w:rsidRDefault="00B776AB">
      <w:pPr>
        <w:spacing w:before="100" w:after="40"/>
        <w:rPr>
          <w:rFonts w:hint="eastAsia"/>
        </w:rPr>
      </w:pPr>
      <w:r>
        <w:rPr>
          <w:b/>
        </w:rPr>
        <w:t>Warehouse System Administrator</w:t>
      </w:r>
      <w:r>
        <w:t xml:space="preserve">  |  Agency placement  |  2023–2024</w:t>
      </w:r>
    </w:p>
    <w:p w:rsidR="00A76B3D" w:rsidRDefault="00B776AB">
      <w:pPr>
        <w:rPr>
          <w:rFonts w:hint="eastAsia"/>
        </w:rPr>
      </w:pPr>
      <w:r>
        <w:t>Maintained office computers and supported day to day ware</w:t>
      </w:r>
      <w:r>
        <w:t>house systems and operations; diagnosed computer, network and application issues as they arose.</w:t>
      </w:r>
    </w:p>
    <w:p w:rsidR="00A76B3D" w:rsidRDefault="00B776AB">
      <w:pPr>
        <w:spacing w:before="100" w:after="40"/>
        <w:rPr>
          <w:rFonts w:hint="eastAsia"/>
        </w:rPr>
      </w:pPr>
      <w:r>
        <w:rPr>
          <w:b/>
        </w:rPr>
        <w:t>Archive Worker</w:t>
      </w:r>
      <w:r>
        <w:t xml:space="preserve">  |  Store a File, agency placement  |  Jun–Aug 2025</w:t>
      </w:r>
    </w:p>
    <w:p w:rsidR="00A76B3D" w:rsidRDefault="00B776AB">
      <w:pPr>
        <w:rPr>
          <w:rFonts w:hint="eastAsia"/>
        </w:rPr>
      </w:pPr>
      <w:r>
        <w:t>Digitised paper records and helped maintain computers used in the archive workflow.</w:t>
      </w:r>
    </w:p>
    <w:p w:rsidR="00A76B3D" w:rsidRDefault="00B776AB">
      <w:pPr>
        <w:pStyle w:val="Heading1"/>
      </w:pPr>
      <w:r>
        <w:t>Additional information</w:t>
      </w:r>
    </w:p>
    <w:p w:rsidR="00A76B3D" w:rsidRDefault="00B776AB">
      <w:pPr>
        <w:rPr>
          <w:rFonts w:hint="eastAsia"/>
        </w:rPr>
      </w:pPr>
      <w:r>
        <w:t>Fluent English and Polish, spoken and written. Right to work in the UK and EU. UK driving licence; rail access from Corby.</w:t>
      </w:r>
    </w:p>
    <w:sectPr w:rsidR="00A76B3D" w:rsidSect="00034616">
      <w:pgSz w:w="11909" w:h="16834"/>
      <w:pgMar w:top="893" w:right="1080" w:bottom="835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76B3D"/>
    <w:rsid w:val="00AA1D8D"/>
    <w:rsid w:val="00B47730"/>
    <w:rsid w:val="00B776A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FC55E8F-A86A-43D0-8098-1BA08EB6F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5D7F43-4326-4CC4-B793-582A84CA9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2013-12-23T23:15:00Z</dcterms:created>
  <dcterms:modified xsi:type="dcterms:W3CDTF">2026-09-28T11:07:00Z</dcterms:modified>
  <cp:category/>
</cp:coreProperties>
</file>